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Patient Awareness Handout / रोगी जागरूकता पुस्तिका</w:t>
      </w:r>
    </w:p>
    <w:p>
      <w:pPr>
        <w:pStyle w:val="Heading2"/>
      </w:pPr>
      <w:r>
        <w:t>High Myopia, Lattice Degeneration &amp; Barrage Laser Before Cataract Surgery</w:t>
      </w:r>
    </w:p>
    <w:p>
      <w:pPr>
        <w:pStyle w:val="Heading2"/>
      </w:pPr>
      <w:r>
        <w:t>हाई मायोपिया, लैटिस डीजेनरेशन और मोतियाबिंद से पहले बैरेज लेज़र</w:t>
      </w:r>
    </w:p>
    <w:p>
      <w:pPr>
        <w:pStyle w:val="Heading3"/>
      </w:pPr>
      <w:r>
        <w:t>👁 What is the concern?</w:t>
      </w:r>
    </w:p>
    <w:p>
      <w:r>
        <w:t>If you have high myopia (strong minus glasses), your retina may be thinner or show weak areas like lattice degeneration. This increases the risk of retinal detachment, especially after cataract surgery.</w:t>
      </w:r>
    </w:p>
    <w:p>
      <w:pPr>
        <w:pStyle w:val="Heading3"/>
      </w:pPr>
      <w:r>
        <w:t>⚠️ Do all patients need laser before cataract surgery?</w:t>
      </w:r>
    </w:p>
    <w:p>
      <w:r>
        <w:t>No. Not every patient with lattice degeneration requires preventive (barrage) laser. Doctors recommend laser only if the weak area is at high risk (like a retinal tear, fresh break, or strong traction). Routine laser for all patients is not necessary.</w:t>
      </w:r>
    </w:p>
    <w:p>
      <w:pPr>
        <w:pStyle w:val="Heading3"/>
      </w:pPr>
      <w:r>
        <w:t>✅ Safe approach your doctor may follow</w:t>
      </w:r>
    </w:p>
    <w:p>
      <w:r>
        <w:t>• Careful retinal check before cataract surgery.</w:t>
        <w:br/>
        <w:t>• Targeted barrage laser if needed, followed by a short healing period (1–2 weeks).</w:t>
        <w:br/>
        <w:t>• Educating you about warning symptoms.</w:t>
        <w:br/>
        <w:t>• Regular follow-ups after surgery.</w:t>
      </w:r>
    </w:p>
    <w:p>
      <w:pPr>
        <w:pStyle w:val="Heading3"/>
      </w:pPr>
      <w:r>
        <w:t>🚨 When to contact your doctor urgently?</w:t>
      </w:r>
    </w:p>
    <w:p>
      <w:r>
        <w:t>• Sudden new floaters (black spots/threads)</w:t>
        <w:br/>
        <w:t>• Flashes of light</w:t>
        <w:br/>
        <w:t>• A dark curtain/shadow over your vision</w:t>
        <w:br/>
        <w:br/>
        <w:t>If you notice any of these, call your doctor immediately.</w:t>
      </w:r>
    </w:p>
    <w:p>
      <w:pPr>
        <w:pStyle w:val="Heading3"/>
      </w:pPr>
      <w:r>
        <w:t>👁 क्या चिंता है?</w:t>
      </w:r>
    </w:p>
    <w:p>
      <w:r>
        <w:t>यदि आपको हाई मायोपिया (ज़्यादा माइनस पावर का चश्मा) है, तो आपकी रेटिना पतली हो सकती है या किनारों पर कमजोर हिस्से (लैटिस डीजेनरेशन) हो सकते हैं। इससे मोतियाबिंद सर्जरी के बाद रेटिना डिटैचमेंट का खतरा बढ़ सकता है।</w:t>
      </w:r>
    </w:p>
    <w:p>
      <w:pPr>
        <w:pStyle w:val="Heading3"/>
      </w:pPr>
      <w:r>
        <w:t>⚠️ क्या हर मरीज को लेज़र की ज़रूरत होती है?</w:t>
      </w:r>
    </w:p>
    <w:p>
      <w:r>
        <w:t>नहीं। हर मरीज को लेज़र की ज़रूरत नहीं होती। केवल उन्हीं मामलों में लेज़र किया जाता है जहाँ रेटिना का हिस्सा ज़्यादा जोखिम में हो, जैसे नया टियर, ताज़ा ब्रेक या खिंचाव वाला घाव। हर लैटिस पर रूटीन लेज़र करना ज़रूरी नहीं है।</w:t>
      </w:r>
    </w:p>
    <w:p>
      <w:pPr>
        <w:pStyle w:val="Heading3"/>
      </w:pPr>
      <w:r>
        <w:t>✅ सुरक्षित तरीका</w:t>
      </w:r>
    </w:p>
    <w:p>
      <w:r>
        <w:t>• मोतियाबिंद सर्जरी से पहले रेटिना की गहन जाँच।</w:t>
        <w:br/>
        <w:t>• केवल ज़रूरत होने पर लक्षित लेज़र और फिर 1–2 सप्ताह इंतज़ार।</w:t>
        <w:br/>
        <w:t>• मरीज को चेतावनी लक्षणों की जानकारी।</w:t>
        <w:br/>
        <w:t>• ऑपरेशन के बाद नियमित फॉलो‑अप।</w:t>
      </w:r>
    </w:p>
    <w:p>
      <w:pPr>
        <w:pStyle w:val="Heading3"/>
      </w:pPr>
      <w:r>
        <w:t>🚨 तुरंत डॉक्टर से कब संपर्क करें?</w:t>
      </w:r>
    </w:p>
    <w:p>
      <w:r>
        <w:t>• अचानक नए फ्लोटर्स (काले धब्बे/रेखाएँ)</w:t>
        <w:br/>
        <w:t>• आँखों में चमक</w:t>
        <w:br/>
        <w:t>• दृष्टि पर काला पर्दा या छाया</w:t>
        <w:br/>
        <w:br/>
        <w:t>ऐसे किसी भी लक्षण पर तुरंत डॉक्टर से संपर्क करें।</w:t>
      </w:r>
    </w:p>
    <w:p>
      <w:pPr>
        <w:pStyle w:val="Heading2"/>
      </w:pPr>
      <w:r>
        <w:t>📍 About Saluja Eye Care Center, Indore / सालुजा आई केयर सेंटर, इंदौर</w:t>
      </w:r>
    </w:p>
    <w:p>
      <w:r>
        <w:t>Established in 2008, Saluja Eye Care Center is a NABH-accredited hospital in Indore, trusted for cataract, retina, glaucoma, cornea, refractive and children’s eye care.</w:t>
        <w:br/>
        <w:t>Call: 7879301301 | WhatsApp: 8109911480 | Timings: Mon–Sat 11 AM – 8 PM | Sunday Holiday</w:t>
        <w:br/>
        <w:br/>
        <w:t>2008 में स्थापित, सालुजा आई केयर सेंटर इंदौर का NABH मान्यता प्राप्त नेत्र चिकित्सालय है, जहाँ मोतियाबिंद, रेटिना, ग्लूकोमा, कॉर्निया, रिफ्रैक्टिव और बच्चों की आँखों के लिए आधुनिक देखभाल उपलब्ध है।</w:t>
        <w:br/>
        <w:t>कॉल: 7879301301 | व्हाट्सऐप: 8109911480 | समय: सोमवार–शनिवार सुबह 11 से रात 8 बजे तक | रविवार अवकाश</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